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196328" cy="101706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TOCERTIFICAZIONE-p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96328" cy="1017064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per gli spostamenti</dc:title>
  <dc:subject>Modulo di autocertificazione</dc:subject>
  <dc:creator>Farmacia alla Loggia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